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BBCC" w14:textId="77777777" w:rsidR="009D6F97" w:rsidRDefault="00000000">
      <w:pPr>
        <w:spacing w:after="80"/>
      </w:pPr>
      <w:r>
        <w:t>公益社団法人全国学習塾協会　御中</w:t>
      </w:r>
    </w:p>
    <w:p w14:paraId="30F77E51" w14:textId="77777777" w:rsidR="009D6F97" w:rsidRDefault="00000000">
      <w:pPr>
        <w:spacing w:after="80"/>
        <w:jc w:val="right"/>
      </w:pPr>
      <w:r>
        <w:t>申請日　　　　年　　月　　日</w:t>
      </w:r>
    </w:p>
    <w:p w14:paraId="21B5B0FC" w14:textId="77777777" w:rsidR="009D6F97" w:rsidRDefault="00000000">
      <w:pPr>
        <w:spacing w:before="120"/>
        <w:jc w:val="center"/>
        <w:rPr>
          <w:lang w:eastAsia="ja-JP"/>
        </w:rPr>
      </w:pPr>
      <w:r>
        <w:rPr>
          <w:b/>
          <w:sz w:val="28"/>
          <w:lang w:eastAsia="ja-JP"/>
        </w:rPr>
        <w:t>こども安全塾認証制度　申請誓約書</w:t>
      </w:r>
    </w:p>
    <w:p w14:paraId="525378EE" w14:textId="77777777" w:rsidR="009D6F97" w:rsidRDefault="00000000">
      <w:pPr>
        <w:spacing w:after="160"/>
        <w:rPr>
          <w:lang w:eastAsia="ja-JP"/>
        </w:rPr>
      </w:pPr>
      <w:r>
        <w:rPr>
          <w:lang w:eastAsia="ja-JP"/>
        </w:rPr>
        <w:t>当社（私）は、「こども安全塾認証基準」及び「こども安全塾認証制度運営規程」を遵守することはもとより、関連する法令等を遵守するとともに、社会通念及び公序良俗に反することなく事業活動を行うことを誓約します。また、以下の各項目について、申請事業者として誓約し、又は表明します。</w:t>
      </w:r>
    </w:p>
    <w:tbl>
      <w:tblPr>
        <w:tblW w:w="0" w:type="auto"/>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817"/>
        <w:gridCol w:w="8929"/>
      </w:tblGrid>
      <w:tr w:rsidR="009D6F97" w14:paraId="607BCF2D" w14:textId="77777777" w:rsidTr="00785A6D">
        <w:tc>
          <w:tcPr>
            <w:tcW w:w="817" w:type="dxa"/>
          </w:tcPr>
          <w:p w14:paraId="675323F1" w14:textId="77777777" w:rsidR="009D6F97" w:rsidRDefault="00000000">
            <w:pPr>
              <w:jc w:val="center"/>
            </w:pPr>
            <w:r>
              <w:rPr>
                <w:sz w:val="20"/>
              </w:rPr>
              <w:t>□</w:t>
            </w:r>
          </w:p>
        </w:tc>
        <w:tc>
          <w:tcPr>
            <w:tcW w:w="8929" w:type="dxa"/>
          </w:tcPr>
          <w:p w14:paraId="7B96BA73" w14:textId="77777777" w:rsidR="009D6F97" w:rsidRDefault="00000000">
            <w:pPr>
              <w:rPr>
                <w:lang w:eastAsia="ja-JP"/>
              </w:rPr>
            </w:pPr>
            <w:r>
              <w:rPr>
                <w:sz w:val="20"/>
                <w:lang w:eastAsia="ja-JP"/>
              </w:rPr>
              <w:t>こども安全塾認証基準を理解しています</w:t>
            </w:r>
          </w:p>
        </w:tc>
      </w:tr>
      <w:tr w:rsidR="009D6F97" w14:paraId="1E70C6A4" w14:textId="77777777" w:rsidTr="00785A6D">
        <w:tc>
          <w:tcPr>
            <w:tcW w:w="817" w:type="dxa"/>
          </w:tcPr>
          <w:p w14:paraId="08C7E5DD" w14:textId="77777777" w:rsidR="009D6F97" w:rsidRDefault="00000000">
            <w:pPr>
              <w:jc w:val="center"/>
            </w:pPr>
            <w:r>
              <w:rPr>
                <w:sz w:val="20"/>
              </w:rPr>
              <w:t>□</w:t>
            </w:r>
          </w:p>
        </w:tc>
        <w:tc>
          <w:tcPr>
            <w:tcW w:w="8929" w:type="dxa"/>
          </w:tcPr>
          <w:p w14:paraId="77CA1411" w14:textId="77777777" w:rsidR="009D6F97" w:rsidRDefault="00000000">
            <w:pPr>
              <w:rPr>
                <w:lang w:eastAsia="ja-JP"/>
              </w:rPr>
            </w:pPr>
            <w:r>
              <w:rPr>
                <w:sz w:val="20"/>
                <w:lang w:eastAsia="ja-JP"/>
              </w:rPr>
              <w:t>必要書類を提出します</w:t>
            </w:r>
          </w:p>
        </w:tc>
      </w:tr>
      <w:tr w:rsidR="009D6F97" w14:paraId="1EA5C507" w14:textId="77777777" w:rsidTr="00785A6D">
        <w:tc>
          <w:tcPr>
            <w:tcW w:w="817" w:type="dxa"/>
          </w:tcPr>
          <w:p w14:paraId="67813BCC" w14:textId="77777777" w:rsidR="009D6F97" w:rsidRDefault="00000000">
            <w:pPr>
              <w:jc w:val="center"/>
            </w:pPr>
            <w:r>
              <w:rPr>
                <w:sz w:val="20"/>
              </w:rPr>
              <w:t>□</w:t>
            </w:r>
          </w:p>
        </w:tc>
        <w:tc>
          <w:tcPr>
            <w:tcW w:w="8929" w:type="dxa"/>
          </w:tcPr>
          <w:p w14:paraId="63DFE01E" w14:textId="77777777" w:rsidR="009D6F97" w:rsidRDefault="00000000">
            <w:pPr>
              <w:rPr>
                <w:lang w:eastAsia="ja-JP"/>
              </w:rPr>
            </w:pPr>
            <w:r>
              <w:rPr>
                <w:sz w:val="20"/>
                <w:lang w:eastAsia="ja-JP"/>
              </w:rPr>
              <w:t>こども安全塾認証審査を受審することを申請します</w:t>
            </w:r>
          </w:p>
        </w:tc>
      </w:tr>
      <w:tr w:rsidR="009D6F97" w14:paraId="2467E08C" w14:textId="77777777" w:rsidTr="00785A6D">
        <w:tc>
          <w:tcPr>
            <w:tcW w:w="817" w:type="dxa"/>
          </w:tcPr>
          <w:p w14:paraId="5884671F" w14:textId="77777777" w:rsidR="009D6F97" w:rsidRDefault="00000000">
            <w:pPr>
              <w:jc w:val="center"/>
            </w:pPr>
            <w:r>
              <w:rPr>
                <w:sz w:val="20"/>
              </w:rPr>
              <w:t>□</w:t>
            </w:r>
          </w:p>
        </w:tc>
        <w:tc>
          <w:tcPr>
            <w:tcW w:w="8929" w:type="dxa"/>
          </w:tcPr>
          <w:p w14:paraId="6A74F856" w14:textId="77777777" w:rsidR="009D6F97" w:rsidRDefault="00000000">
            <w:pPr>
              <w:rPr>
                <w:lang w:eastAsia="ja-JP"/>
              </w:rPr>
            </w:pPr>
            <w:r>
              <w:rPr>
                <w:sz w:val="20"/>
                <w:lang w:eastAsia="ja-JP"/>
              </w:rPr>
              <w:t>こども安全塾認証制度運営規程を遵守します</w:t>
            </w:r>
          </w:p>
        </w:tc>
      </w:tr>
      <w:tr w:rsidR="009D6F97" w14:paraId="3F97BC09" w14:textId="77777777" w:rsidTr="00785A6D">
        <w:tc>
          <w:tcPr>
            <w:tcW w:w="817" w:type="dxa"/>
          </w:tcPr>
          <w:p w14:paraId="401E2484" w14:textId="77777777" w:rsidR="009D6F97" w:rsidRDefault="00000000">
            <w:pPr>
              <w:jc w:val="center"/>
            </w:pPr>
            <w:r>
              <w:rPr>
                <w:sz w:val="20"/>
              </w:rPr>
              <w:t>□</w:t>
            </w:r>
          </w:p>
        </w:tc>
        <w:tc>
          <w:tcPr>
            <w:tcW w:w="8929" w:type="dxa"/>
          </w:tcPr>
          <w:p w14:paraId="5F6BA4A2" w14:textId="77777777" w:rsidR="009D6F97" w:rsidRDefault="00000000">
            <w:pPr>
              <w:rPr>
                <w:lang w:eastAsia="ja-JP"/>
              </w:rPr>
            </w:pPr>
            <w:r>
              <w:rPr>
                <w:sz w:val="20"/>
                <w:lang w:eastAsia="ja-JP"/>
              </w:rPr>
              <w:t>児童の安全確保に関する措置を誠実に実施し、児童への不適切な行動・言動を防止して、誰もが安全に学習できる環境を確保します</w:t>
            </w:r>
          </w:p>
        </w:tc>
      </w:tr>
      <w:tr w:rsidR="009D6F97" w14:paraId="1667BEEE" w14:textId="77777777" w:rsidTr="00785A6D">
        <w:tc>
          <w:tcPr>
            <w:tcW w:w="817" w:type="dxa"/>
          </w:tcPr>
          <w:p w14:paraId="3B156F4D" w14:textId="77777777" w:rsidR="009D6F97" w:rsidRDefault="00000000">
            <w:pPr>
              <w:jc w:val="center"/>
            </w:pPr>
            <w:r>
              <w:rPr>
                <w:sz w:val="20"/>
              </w:rPr>
              <w:t>□</w:t>
            </w:r>
          </w:p>
        </w:tc>
        <w:tc>
          <w:tcPr>
            <w:tcW w:w="8929" w:type="dxa"/>
          </w:tcPr>
          <w:p w14:paraId="405BA222" w14:textId="77777777" w:rsidR="009D6F97" w:rsidRDefault="00000000">
            <w:pPr>
              <w:rPr>
                <w:lang w:eastAsia="ja-JP"/>
              </w:rPr>
            </w:pPr>
            <w:r>
              <w:rPr>
                <w:sz w:val="20"/>
                <w:lang w:eastAsia="ja-JP"/>
              </w:rPr>
              <w:t>施設・設備の安全管理を適切に行います</w:t>
            </w:r>
          </w:p>
        </w:tc>
      </w:tr>
      <w:tr w:rsidR="009D6F97" w14:paraId="2E5A0CAB" w14:textId="77777777" w:rsidTr="00785A6D">
        <w:tc>
          <w:tcPr>
            <w:tcW w:w="817" w:type="dxa"/>
          </w:tcPr>
          <w:p w14:paraId="25147C5E" w14:textId="77777777" w:rsidR="009D6F97" w:rsidRDefault="00000000">
            <w:pPr>
              <w:jc w:val="center"/>
            </w:pPr>
            <w:r>
              <w:rPr>
                <w:sz w:val="20"/>
              </w:rPr>
              <w:t>□</w:t>
            </w:r>
          </w:p>
        </w:tc>
        <w:tc>
          <w:tcPr>
            <w:tcW w:w="8929" w:type="dxa"/>
          </w:tcPr>
          <w:p w14:paraId="1DF3D5B4" w14:textId="77777777" w:rsidR="009D6F97" w:rsidRDefault="00000000">
            <w:pPr>
              <w:rPr>
                <w:lang w:eastAsia="ja-JP"/>
              </w:rPr>
            </w:pPr>
            <w:r>
              <w:rPr>
                <w:sz w:val="20"/>
                <w:lang w:eastAsia="ja-JP"/>
              </w:rPr>
              <w:t>児童生徒と接する従事者に対して年1回以上の研修を実施します</w:t>
            </w:r>
          </w:p>
        </w:tc>
      </w:tr>
      <w:tr w:rsidR="009D6F97" w14:paraId="39F9EDB1" w14:textId="77777777" w:rsidTr="00785A6D">
        <w:tc>
          <w:tcPr>
            <w:tcW w:w="817" w:type="dxa"/>
          </w:tcPr>
          <w:p w14:paraId="4FA4D164" w14:textId="77777777" w:rsidR="009D6F97" w:rsidRDefault="00000000">
            <w:pPr>
              <w:jc w:val="center"/>
            </w:pPr>
            <w:r>
              <w:rPr>
                <w:sz w:val="20"/>
              </w:rPr>
              <w:t>□</w:t>
            </w:r>
          </w:p>
        </w:tc>
        <w:tc>
          <w:tcPr>
            <w:tcW w:w="8929" w:type="dxa"/>
          </w:tcPr>
          <w:p w14:paraId="0101B7EF" w14:textId="77777777" w:rsidR="009D6F97" w:rsidRDefault="00000000">
            <w:pPr>
              <w:rPr>
                <w:lang w:eastAsia="ja-JP"/>
              </w:rPr>
            </w:pPr>
            <w:r>
              <w:rPr>
                <w:sz w:val="20"/>
                <w:lang w:eastAsia="ja-JP"/>
              </w:rPr>
              <w:t>情報管理を適切に実施します</w:t>
            </w:r>
          </w:p>
        </w:tc>
      </w:tr>
      <w:tr w:rsidR="009D6F97" w14:paraId="4AA48CAB" w14:textId="77777777" w:rsidTr="00785A6D">
        <w:tc>
          <w:tcPr>
            <w:tcW w:w="817" w:type="dxa"/>
          </w:tcPr>
          <w:p w14:paraId="44207D0A" w14:textId="77777777" w:rsidR="009D6F97" w:rsidRDefault="00000000">
            <w:pPr>
              <w:jc w:val="center"/>
            </w:pPr>
            <w:r>
              <w:rPr>
                <w:sz w:val="20"/>
              </w:rPr>
              <w:t>□</w:t>
            </w:r>
          </w:p>
        </w:tc>
        <w:tc>
          <w:tcPr>
            <w:tcW w:w="8929" w:type="dxa"/>
          </w:tcPr>
          <w:p w14:paraId="2D69B07E" w14:textId="77777777" w:rsidR="009D6F97" w:rsidRDefault="00000000">
            <w:pPr>
              <w:rPr>
                <w:lang w:eastAsia="ja-JP"/>
              </w:rPr>
            </w:pPr>
            <w:r>
              <w:rPr>
                <w:sz w:val="20"/>
                <w:lang w:eastAsia="ja-JP"/>
              </w:rPr>
              <w:t>申請事業者の代表者及び役員（法人の業務を執行する社員、取締役、執行役又はこれらに準ずる者を含みます）は、こども性暴力防止法第２条第８項に規定する特定性犯罪事実該当者に該当せず、また同法第２０条第２項各号に定める欠格事由にも該当しないことを表明します</w:t>
            </w:r>
          </w:p>
        </w:tc>
      </w:tr>
      <w:tr w:rsidR="009D6F97" w14:paraId="6DC0D9EC" w14:textId="77777777" w:rsidTr="00785A6D">
        <w:tc>
          <w:tcPr>
            <w:tcW w:w="817" w:type="dxa"/>
          </w:tcPr>
          <w:p w14:paraId="25B54D1F" w14:textId="77777777" w:rsidR="009D6F97" w:rsidRDefault="00000000">
            <w:pPr>
              <w:jc w:val="center"/>
            </w:pPr>
            <w:r>
              <w:rPr>
                <w:sz w:val="20"/>
              </w:rPr>
              <w:t>□</w:t>
            </w:r>
          </w:p>
        </w:tc>
        <w:tc>
          <w:tcPr>
            <w:tcW w:w="8929" w:type="dxa"/>
          </w:tcPr>
          <w:p w14:paraId="375C5F4D" w14:textId="77777777" w:rsidR="009D6F97" w:rsidRDefault="00000000">
            <w:pPr>
              <w:rPr>
                <w:lang w:eastAsia="ja-JP"/>
              </w:rPr>
            </w:pPr>
            <w:r>
              <w:rPr>
                <w:sz w:val="20"/>
                <w:lang w:eastAsia="ja-JP"/>
              </w:rPr>
              <w:t>上記の表明が事実と異なることが判明した場合は、運営規程に基づく認証の取消し等の措置の対象となることを確認します（運営規程第１４条の異議申立てを妨げるものではありません）</w:t>
            </w:r>
          </w:p>
        </w:tc>
      </w:tr>
    </w:tbl>
    <w:p w14:paraId="1A75217B" w14:textId="77777777" w:rsidR="009D6F97" w:rsidRDefault="009D6F97">
      <w:pPr>
        <w:spacing w:after="40"/>
        <w:rPr>
          <w:lang w:eastAsia="ja-JP"/>
        </w:rPr>
      </w:pPr>
    </w:p>
    <w:p w14:paraId="1A923125" w14:textId="77777777" w:rsidR="009D6F97" w:rsidRDefault="00000000">
      <w:pPr>
        <w:spacing w:before="200"/>
        <w:rPr>
          <w:lang w:eastAsia="ja-JP"/>
        </w:rPr>
      </w:pPr>
      <w:r>
        <w:rPr>
          <w:lang w:eastAsia="ja-JP"/>
        </w:rPr>
        <w:t>上記のとおり誠実に誓約します。</w:t>
      </w:r>
    </w:p>
    <w:p w14:paraId="75741A86" w14:textId="77777777" w:rsidR="009D6F97" w:rsidRDefault="00000000">
      <w:pPr>
        <w:spacing w:after="80"/>
      </w:pPr>
      <w:r>
        <w:t>誓約日　　　　年　　月　　日</w:t>
      </w:r>
    </w:p>
    <w:p w14:paraId="022A8ED4" w14:textId="77777777" w:rsidR="009D6F97" w:rsidRDefault="00000000">
      <w:pPr>
        <w:spacing w:after="80"/>
      </w:pPr>
      <w:r>
        <w:t xml:space="preserve">事業者名（正式名称）　　　　　　　　　　　　　　　　　　　　　　</w:t>
      </w:r>
    </w:p>
    <w:p w14:paraId="35B61024" w14:textId="77777777" w:rsidR="009D6F97" w:rsidRDefault="00000000">
      <w:pPr>
        <w:spacing w:after="80"/>
      </w:pPr>
      <w:r>
        <w:t>代表者名　　　　　　　　　　　　　　　　　　　　　　　　　　㊞</w:t>
      </w:r>
    </w:p>
    <w:sectPr w:rsidR="009D6F97" w:rsidSect="00034616">
      <w:headerReference w:type="default" r:id="rId8"/>
      <w:footerReference w:type="default" r:id="rId9"/>
      <w:pgSz w:w="12240" w:h="15840"/>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8665E" w14:textId="77777777" w:rsidR="002248A0" w:rsidRDefault="002248A0">
      <w:pPr>
        <w:spacing w:after="0" w:line="240" w:lineRule="auto"/>
      </w:pPr>
      <w:r>
        <w:separator/>
      </w:r>
    </w:p>
  </w:endnote>
  <w:endnote w:type="continuationSeparator" w:id="0">
    <w:p w14:paraId="1BA1D64D" w14:textId="77777777" w:rsidR="002248A0" w:rsidRDefault="00224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770F" w14:textId="77777777" w:rsidR="009D6F97" w:rsidRDefault="009D6F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BFA3" w14:textId="77777777" w:rsidR="002248A0" w:rsidRDefault="002248A0">
      <w:pPr>
        <w:spacing w:after="0" w:line="240" w:lineRule="auto"/>
      </w:pPr>
      <w:r>
        <w:separator/>
      </w:r>
    </w:p>
  </w:footnote>
  <w:footnote w:type="continuationSeparator" w:id="0">
    <w:p w14:paraId="754A04FF" w14:textId="77777777" w:rsidR="002248A0" w:rsidRDefault="00224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1095" w14:textId="77777777" w:rsidR="009D6F97" w:rsidRDefault="009D6F9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9206576">
    <w:abstractNumId w:val="8"/>
  </w:num>
  <w:num w:numId="2" w16cid:durableId="985280741">
    <w:abstractNumId w:val="6"/>
  </w:num>
  <w:num w:numId="3" w16cid:durableId="1039159437">
    <w:abstractNumId w:val="5"/>
  </w:num>
  <w:num w:numId="4" w16cid:durableId="384571299">
    <w:abstractNumId w:val="4"/>
  </w:num>
  <w:num w:numId="5" w16cid:durableId="1992828571">
    <w:abstractNumId w:val="7"/>
  </w:num>
  <w:num w:numId="6" w16cid:durableId="1104155710">
    <w:abstractNumId w:val="3"/>
  </w:num>
  <w:num w:numId="7" w16cid:durableId="2146195030">
    <w:abstractNumId w:val="2"/>
  </w:num>
  <w:num w:numId="8" w16cid:durableId="1197036132">
    <w:abstractNumId w:val="1"/>
  </w:num>
  <w:num w:numId="9" w16cid:durableId="452746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A0"/>
    <w:rsid w:val="0029639D"/>
    <w:rsid w:val="00326F90"/>
    <w:rsid w:val="00785A6D"/>
    <w:rsid w:val="00971D67"/>
    <w:rsid w:val="009D6F9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D4069AE"/>
  <w14:defaultImageDpi w14:val="300"/>
  <w15:docId w15:val="{01AF63E2-56D3-43EE-8220-AA77C8C6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368</Characters>
  <Application>Microsoft Office Word</Application>
  <DocSecurity>0</DocSecurity>
  <Lines>36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全国学習塾協会 中村紘二郎</cp:lastModifiedBy>
  <cp:revision>2</cp:revision>
  <dcterms:created xsi:type="dcterms:W3CDTF">2013-12-23T23:15:00Z</dcterms:created>
  <dcterms:modified xsi:type="dcterms:W3CDTF">2026-09-17T14:20:00Z</dcterms:modified>
  <cp:category/>
</cp:coreProperties>
</file>